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525EA" w14:textId="77777777" w:rsidR="00ED1256" w:rsidRDefault="007A2CCF">
      <w:pPr>
        <w:spacing w:after="0"/>
        <w:jc w:val="center"/>
      </w:pPr>
      <w:r>
        <w:rPr>
          <w:noProof/>
        </w:rPr>
        <w:drawing>
          <wp:inline distT="0" distB="0" distL="0" distR="0" wp14:anchorId="7C067F2F" wp14:editId="204A328D">
            <wp:extent cx="6931152" cy="7886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dy-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31152" cy="78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C516F" w14:textId="77777777" w:rsidR="00ED1256" w:rsidRDefault="007A2CCF">
      <w:r>
        <w:br w:type="page"/>
      </w:r>
    </w:p>
    <w:p w14:paraId="0F3CD77C" w14:textId="77777777" w:rsidR="00ED1256" w:rsidRDefault="007A2CCF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59820418" wp14:editId="194A649D">
            <wp:extent cx="6930390" cy="8121385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dy-2.jpg"/>
                    <pic:cNvPicPr/>
                  </pic:nvPicPr>
                  <pic:blipFill rotWithShape="1">
                    <a:blip r:embed="rId9"/>
                    <a:srcRect t="1502"/>
                    <a:stretch>
                      <a:fillRect/>
                    </a:stretch>
                  </pic:blipFill>
                  <pic:spPr>
                    <a:xfrm>
                      <a:off x="0" y="0"/>
                      <a:ext cx="6947452" cy="8141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36074" w14:textId="77777777" w:rsidR="00ED1256" w:rsidRDefault="007A2CCF">
      <w:r>
        <w:br w:type="page"/>
      </w:r>
    </w:p>
    <w:p w14:paraId="643802A7" w14:textId="77777777" w:rsidR="00ED1256" w:rsidRDefault="007A2CCF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204A768C" wp14:editId="4C089F30">
            <wp:extent cx="6930617" cy="7940675"/>
            <wp:effectExtent l="0" t="0" r="381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dy-3.jpg"/>
                    <pic:cNvPicPr/>
                  </pic:nvPicPr>
                  <pic:blipFill rotWithShape="1">
                    <a:blip r:embed="rId10"/>
                    <a:srcRect t="1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7941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CAA991" w14:textId="77777777" w:rsidR="00ED1256" w:rsidRDefault="007A2CCF">
      <w:r>
        <w:br w:type="page"/>
      </w:r>
    </w:p>
    <w:p w14:paraId="20D804E8" w14:textId="77777777" w:rsidR="00ED1256" w:rsidRDefault="007A2CCF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560EB646" wp14:editId="4F389192">
            <wp:extent cx="6930617" cy="7978775"/>
            <wp:effectExtent l="0" t="0" r="381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dy-4.jpg"/>
                    <pic:cNvPicPr/>
                  </pic:nvPicPr>
                  <pic:blipFill rotWithShape="1">
                    <a:blip r:embed="rId11"/>
                    <a:srcRect t="1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7979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40FAF8" w14:textId="77777777" w:rsidR="00ED1256" w:rsidRDefault="007A2CCF">
      <w:r>
        <w:br w:type="page"/>
      </w:r>
    </w:p>
    <w:p w14:paraId="49E8C8E5" w14:textId="77777777" w:rsidR="00ED1256" w:rsidRDefault="007A2CCF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2097B30D" wp14:editId="4549241D">
            <wp:extent cx="6931152" cy="8103226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dy-5.jpg"/>
                    <pic:cNvPicPr/>
                  </pic:nvPicPr>
                  <pic:blipFill rotWithShape="1">
                    <a:blip r:embed="rId12"/>
                    <a:srcRect l="275" t="1411" r="-275" b="-1411"/>
                    <a:stretch>
                      <a:fillRect/>
                    </a:stretch>
                  </pic:blipFill>
                  <pic:spPr>
                    <a:xfrm>
                      <a:off x="0" y="0"/>
                      <a:ext cx="6931152" cy="810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FDA01" w14:textId="77777777" w:rsidR="00ED1256" w:rsidRDefault="007A2CCF">
      <w:r>
        <w:br w:type="page"/>
      </w:r>
    </w:p>
    <w:p w14:paraId="180AFF8E" w14:textId="77777777" w:rsidR="00ED1256" w:rsidRDefault="007A2CCF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4374DF59" wp14:editId="4262848B">
            <wp:extent cx="6931152" cy="8103226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dy-6.jpg"/>
                    <pic:cNvPicPr/>
                  </pic:nvPicPr>
                  <pic:blipFill rotWithShape="1">
                    <a:blip r:embed="rId13"/>
                    <a:srcRect t="1505"/>
                    <a:stretch>
                      <a:fillRect/>
                    </a:stretch>
                  </pic:blipFill>
                  <pic:spPr>
                    <a:xfrm>
                      <a:off x="0" y="0"/>
                      <a:ext cx="6931152" cy="810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A9DFC" w14:textId="77777777" w:rsidR="00ED1256" w:rsidRDefault="007A2CCF">
      <w:r>
        <w:br w:type="page"/>
      </w:r>
    </w:p>
    <w:p w14:paraId="418BD49E" w14:textId="77777777" w:rsidR="00ED1256" w:rsidRDefault="007A2CCF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7881609E" wp14:editId="758C90AD">
            <wp:extent cx="6930617" cy="7883525"/>
            <wp:effectExtent l="0" t="0" r="381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dy-7.jpg"/>
                    <pic:cNvPicPr/>
                  </pic:nvPicPr>
                  <pic:blipFill rotWithShape="1">
                    <a:blip r:embed="rId14"/>
                    <a:srcRect t="2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7884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6885D8" w14:textId="77777777" w:rsidR="00ED1256" w:rsidRDefault="007A2CCF">
      <w:r>
        <w:br w:type="page"/>
      </w:r>
    </w:p>
    <w:p w14:paraId="40E37E25" w14:textId="77777777" w:rsidR="00ED1256" w:rsidRDefault="007A2CCF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28B6346C" wp14:editId="447F092F">
            <wp:extent cx="6930617" cy="7874000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dy-8.jpg"/>
                    <pic:cNvPicPr/>
                  </pic:nvPicPr>
                  <pic:blipFill rotWithShape="1">
                    <a:blip r:embed="rId15"/>
                    <a:srcRect t="2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7874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6B20A3" w14:textId="77777777" w:rsidR="00ED1256" w:rsidRDefault="007A2CCF">
      <w:r>
        <w:br w:type="page"/>
      </w:r>
    </w:p>
    <w:p w14:paraId="12D00D32" w14:textId="77777777" w:rsidR="00ED1256" w:rsidRDefault="007A2CCF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06E41770" wp14:editId="7763D9B5">
            <wp:extent cx="6931152" cy="78138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dy-9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31152" cy="781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6F3EE" w14:textId="77777777" w:rsidR="00ED1256" w:rsidRDefault="007A2CCF">
      <w:r>
        <w:br w:type="page"/>
      </w:r>
    </w:p>
    <w:p w14:paraId="0418D738" w14:textId="77777777" w:rsidR="00ED1256" w:rsidRDefault="007A2CCF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4CA3F388" wp14:editId="48C28F22">
            <wp:extent cx="6931152" cy="78138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dy-10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31152" cy="781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52615" w14:textId="77777777" w:rsidR="00ED1256" w:rsidRDefault="007A2CCF">
      <w:r>
        <w:br w:type="page"/>
      </w:r>
    </w:p>
    <w:p w14:paraId="0892C9F3" w14:textId="77777777" w:rsidR="00ED1256" w:rsidRDefault="007A2CCF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6AF9E650" wp14:editId="10057889">
            <wp:extent cx="6931152" cy="766912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dy-11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31152" cy="7669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A2C59" w14:textId="77777777" w:rsidR="00ED1256" w:rsidRDefault="007A2CCF">
      <w:r>
        <w:br w:type="page"/>
      </w:r>
    </w:p>
    <w:p w14:paraId="5864073B" w14:textId="77777777" w:rsidR="00ED1256" w:rsidRDefault="007A2CCF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3CEDE1C8" wp14:editId="0CFB9079">
            <wp:extent cx="6931152" cy="810322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dy-12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31152" cy="810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6456B" w14:textId="77777777" w:rsidR="00ED1256" w:rsidRDefault="007A2CCF">
      <w:r>
        <w:br w:type="page"/>
      </w:r>
    </w:p>
    <w:p w14:paraId="2451E254" w14:textId="77777777" w:rsidR="00ED1256" w:rsidRDefault="007A2CCF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29E22B21" wp14:editId="649D5B2A">
            <wp:extent cx="6931152" cy="791029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dy-13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931152" cy="791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47CCA" w14:textId="77777777" w:rsidR="00ED1256" w:rsidRDefault="007A2CCF">
      <w:r>
        <w:br w:type="page"/>
      </w:r>
    </w:p>
    <w:p w14:paraId="4E144E23" w14:textId="77777777" w:rsidR="00ED1256" w:rsidRDefault="007A2CCF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03BF53B8" wp14:editId="5DFB7E2D">
            <wp:extent cx="6931152" cy="7910292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dy-14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31152" cy="791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1256" w:rsidSect="00034616">
      <w:headerReference w:type="default" r:id="rId22"/>
      <w:footerReference w:type="default" r:id="rId23"/>
      <w:pgSz w:w="12240" w:h="15840"/>
      <w:pgMar w:top="1224" w:right="605" w:bottom="792" w:left="605" w:header="21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C2900" w14:textId="77777777" w:rsidR="008F4837" w:rsidRDefault="008F4837">
      <w:pPr>
        <w:spacing w:after="0" w:line="240" w:lineRule="auto"/>
      </w:pPr>
      <w:r>
        <w:separator/>
      </w:r>
    </w:p>
  </w:endnote>
  <w:endnote w:type="continuationSeparator" w:id="0">
    <w:p w14:paraId="7466468E" w14:textId="77777777" w:rsidR="008F4837" w:rsidRDefault="008F4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48179" w14:textId="77777777" w:rsidR="00ED1256" w:rsidRDefault="00ED1256">
    <w:pPr>
      <w:pStyle w:val="Footer"/>
      <w:jc w:val="center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3677"/>
      <w:gridCol w:w="3677"/>
      <w:gridCol w:w="3677"/>
    </w:tblGrid>
    <w:tr w:rsidR="00ED1256" w14:paraId="35A04BCA" w14:textId="77777777">
      <w:tc>
        <w:tcPr>
          <w:tcW w:w="3677" w:type="dxa"/>
          <w:tcMar>
            <w:top w:w="0" w:type="dxa"/>
            <w:left w:w="0" w:type="dxa"/>
            <w:bottom w:w="0" w:type="dxa"/>
            <w:right w:w="0" w:type="dxa"/>
          </w:tcMar>
        </w:tcPr>
        <w:p w14:paraId="6E17F20B" w14:textId="77777777" w:rsidR="00ED1256" w:rsidRDefault="00ED1256"/>
      </w:tc>
      <w:tc>
        <w:tcPr>
          <w:tcW w:w="3677" w:type="dxa"/>
          <w:tcMar>
            <w:top w:w="0" w:type="dxa"/>
            <w:left w:w="0" w:type="dxa"/>
            <w:bottom w:w="0" w:type="dxa"/>
            <w:right w:w="0" w:type="dxa"/>
          </w:tcMar>
        </w:tcPr>
        <w:p w14:paraId="27AD9033" w14:textId="77777777" w:rsidR="00ED1256" w:rsidRDefault="007A2CCF">
          <w:pPr>
            <w:jc w:val="center"/>
          </w:pPr>
          <w:r>
            <w:rPr>
              <w:rFonts w:ascii="Arial" w:hAnsi="Arial"/>
              <w:color w:val="3A6CA3"/>
              <w:sz w:val="18"/>
            </w:rPr>
            <w:t xml:space="preserve">Page </w:t>
          </w:r>
          <w:r>
            <w:rPr>
              <w:rFonts w:ascii="Arial" w:hAnsi="Arial"/>
              <w:color w:val="3A6CA3"/>
              <w:sz w:val="18"/>
            </w:rPr>
            <w:fldChar w:fldCharType="begin"/>
          </w:r>
          <w:r>
            <w:rPr>
              <w:rFonts w:ascii="Arial" w:hAnsi="Arial"/>
              <w:color w:val="3A6CA3"/>
              <w:sz w:val="18"/>
            </w:rPr>
            <w:instrText xml:space="preserve"> PAGE </w:instrText>
          </w:r>
          <w:r>
            <w:rPr>
              <w:rFonts w:ascii="Arial" w:hAnsi="Arial"/>
              <w:color w:val="3A6CA3"/>
              <w:sz w:val="18"/>
            </w:rPr>
            <w:fldChar w:fldCharType="separate"/>
          </w:r>
          <w:r w:rsidR="00CE140A">
            <w:rPr>
              <w:rFonts w:ascii="Arial" w:hAnsi="Arial"/>
              <w:noProof/>
              <w:color w:val="3A6CA3"/>
              <w:sz w:val="18"/>
            </w:rPr>
            <w:t>1</w:t>
          </w:r>
          <w:r>
            <w:rPr>
              <w:rFonts w:ascii="Arial" w:hAnsi="Arial"/>
              <w:color w:val="3A6CA3"/>
              <w:sz w:val="18"/>
            </w:rPr>
            <w:fldChar w:fldCharType="end"/>
          </w:r>
        </w:p>
      </w:tc>
      <w:tc>
        <w:tcPr>
          <w:tcW w:w="3677" w:type="dxa"/>
          <w:tcMar>
            <w:top w:w="0" w:type="dxa"/>
            <w:left w:w="0" w:type="dxa"/>
            <w:bottom w:w="0" w:type="dxa"/>
            <w:right w:w="0" w:type="dxa"/>
          </w:tcMar>
        </w:tcPr>
        <w:p w14:paraId="4881C646" w14:textId="77777777" w:rsidR="00ED1256" w:rsidRDefault="007A2CCF">
          <w:pPr>
            <w:jc w:val="right"/>
          </w:pPr>
          <w:r>
            <w:rPr>
              <w:rFonts w:ascii="Arial" w:hAnsi="Arial"/>
              <w:color w:val="3A6CA3"/>
              <w:sz w:val="18"/>
            </w:rPr>
            <w:t>Revised 7/21/2026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3FFAB" w14:textId="77777777" w:rsidR="008F4837" w:rsidRDefault="008F4837">
      <w:pPr>
        <w:spacing w:after="0" w:line="240" w:lineRule="auto"/>
      </w:pPr>
      <w:r>
        <w:separator/>
      </w:r>
    </w:p>
  </w:footnote>
  <w:footnote w:type="continuationSeparator" w:id="0">
    <w:p w14:paraId="47DD28CE" w14:textId="77777777" w:rsidR="008F4837" w:rsidRDefault="008F4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677"/>
      <w:gridCol w:w="3677"/>
      <w:gridCol w:w="3677"/>
    </w:tblGrid>
    <w:tr w:rsidR="00ED1256" w14:paraId="7D4B969D" w14:textId="77777777">
      <w:tc>
        <w:tcPr>
          <w:tcW w:w="3677" w:type="dxa"/>
          <w:tcMar>
            <w:top w:w="0" w:type="dxa"/>
            <w:left w:w="0" w:type="dxa"/>
            <w:bottom w:w="0" w:type="dxa"/>
            <w:right w:w="0" w:type="dxa"/>
          </w:tcMar>
        </w:tcPr>
        <w:p w14:paraId="7A9F9BBD" w14:textId="77777777" w:rsidR="00ED1256" w:rsidRDefault="007A2CCF">
          <w:r>
            <w:rPr>
              <w:noProof/>
            </w:rPr>
            <w:drawing>
              <wp:inline distT="0" distB="0" distL="0" distR="0" wp14:anchorId="0B3ABF98" wp14:editId="67D4D021">
                <wp:extent cx="1097280" cy="565099"/>
                <wp:effectExtent l="0" t="0" r="0" b="0"/>
                <wp:docPr id="1278994416" name="Picture 12789944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ixon_logo_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7280" cy="5650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77" w:type="dxa"/>
          <w:tcMar>
            <w:top w:w="0" w:type="dxa"/>
            <w:left w:w="0" w:type="dxa"/>
            <w:bottom w:w="0" w:type="dxa"/>
            <w:right w:w="0" w:type="dxa"/>
          </w:tcMar>
        </w:tcPr>
        <w:p w14:paraId="58269ECA" w14:textId="6822328B" w:rsidR="00ED1256" w:rsidRDefault="00ED1256">
          <w:pPr>
            <w:jc w:val="center"/>
          </w:pPr>
        </w:p>
      </w:tc>
      <w:tc>
        <w:tcPr>
          <w:tcW w:w="3677" w:type="dxa"/>
          <w:tcMar>
            <w:top w:w="0" w:type="dxa"/>
            <w:left w:w="0" w:type="dxa"/>
            <w:bottom w:w="0" w:type="dxa"/>
            <w:right w:w="0" w:type="dxa"/>
          </w:tcMar>
        </w:tcPr>
        <w:p w14:paraId="5CA69268" w14:textId="77777777" w:rsidR="00ED1256" w:rsidRDefault="00ED1256"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3604560">
    <w:abstractNumId w:val="8"/>
  </w:num>
  <w:num w:numId="2" w16cid:durableId="2046900594">
    <w:abstractNumId w:val="6"/>
  </w:num>
  <w:num w:numId="3" w16cid:durableId="216431518">
    <w:abstractNumId w:val="5"/>
  </w:num>
  <w:num w:numId="4" w16cid:durableId="1939485759">
    <w:abstractNumId w:val="4"/>
  </w:num>
  <w:num w:numId="5" w16cid:durableId="575938252">
    <w:abstractNumId w:val="7"/>
  </w:num>
  <w:num w:numId="6" w16cid:durableId="1152332961">
    <w:abstractNumId w:val="3"/>
  </w:num>
  <w:num w:numId="7" w16cid:durableId="159348310">
    <w:abstractNumId w:val="2"/>
  </w:num>
  <w:num w:numId="8" w16cid:durableId="523902574">
    <w:abstractNumId w:val="1"/>
  </w:num>
  <w:num w:numId="9" w16cid:durableId="1444687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F7F"/>
    <w:rsid w:val="00034616"/>
    <w:rsid w:val="0006063C"/>
    <w:rsid w:val="0015074B"/>
    <w:rsid w:val="0029639D"/>
    <w:rsid w:val="00326F90"/>
    <w:rsid w:val="003B186E"/>
    <w:rsid w:val="007A2CCF"/>
    <w:rsid w:val="00811958"/>
    <w:rsid w:val="008F4837"/>
    <w:rsid w:val="00AA1D8D"/>
    <w:rsid w:val="00B450DD"/>
    <w:rsid w:val="00B47730"/>
    <w:rsid w:val="00C27B1F"/>
    <w:rsid w:val="00CB0664"/>
    <w:rsid w:val="00CE140A"/>
    <w:rsid w:val="00D751AF"/>
    <w:rsid w:val="00ED1256"/>
    <w:rsid w:val="00ED278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A8296B"/>
  <w14:defaultImageDpi w14:val="300"/>
  <w15:docId w15:val="{8DBD87ED-6E4C-4E20-B2F2-12FC0FE7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0</Words>
  <Characters>0</Characters>
  <Application>Microsoft Office Word</Application>
  <DocSecurity>4</DocSecurity>
  <Lines>27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Jackson</cp:lastModifiedBy>
  <cp:revision>2</cp:revision>
  <dcterms:created xsi:type="dcterms:W3CDTF">2026-07-22T16:03:00Z</dcterms:created>
  <dcterms:modified xsi:type="dcterms:W3CDTF">2026-07-22T16:03:00Z</dcterms:modified>
  <cp:category/>
</cp:coreProperties>
</file>